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CONTRATO DE ARRENDAMIENTO (PLANTILLA DE EJEMPLO)</w:t>
      </w:r>
    </w:p>
    <w:p>
      <w:r>
        <w:t>En Quito, a los {{IA.TodayPart[day].Día de firma}} días del mes de {{IA.TodayPart[month].Mes de firma}} de {{IA.TodayPart[year].Año de firma}}, las partes celebran el presente contrato de arrendamiento.</w:t>
      </w:r>
    </w:p>
    <w:p>
      <w:pPr>
        <w:pStyle w:val="Heading1"/>
      </w:pPr>
      <w:r>
        <w:t>Datos del arrendador</w:t>
      </w:r>
    </w:p>
    <w:p>
      <w:r>
        <w:t>Nombre del arrendador: {{A.Nombre del arrendador}}</w:t>
      </w:r>
    </w:p>
    <w:p>
      <w:r>
        <w:t>Correo del arrendador: {{A.Email.Correo del arrendador}}</w:t>
      </w:r>
    </w:p>
    <w:p>
      <w:pPr>
        <w:pStyle w:val="Heading1"/>
      </w:pPr>
      <w:r>
        <w:t>Datos del arrendatario</w:t>
      </w:r>
    </w:p>
    <w:p>
      <w:r>
        <w:t>Nombre del arrendatario: {{C.Nombre del arrendatario}}</w:t>
      </w:r>
    </w:p>
    <w:p>
      <w:r>
        <w:t>Teléfono del arrendatario: {{C.Phone.Teléfono del arrendatario}}</w:t>
      </w:r>
    </w:p>
    <w:p>
      <w:r>
        <w:t>Correo del arrendatario: {{C.Email.Correo del arrendatario}}</w:t>
      </w:r>
    </w:p>
    <w:p>
      <w:r>
        <w:t>Estado civil: {{C.Select[Soltero|Casado].Estado civil}}</w:t>
      </w:r>
    </w:p>
    <w:p>
      <w:r>
        <w:t>Nombre del cónyuge: {{C.When[Estado civil=Casado].Text.Nombre del cónyuge}}</w:t>
      </w:r>
    </w:p>
    <w:p>
      <w:r>
        <w:t>Nombre del garante (si lo hay): {{C.Opt.Nombre del garante}}</w:t>
      </w:r>
    </w:p>
    <w:p>
      <w:pPr>
        <w:pStyle w:val="Heading1"/>
      </w:pPr>
      <w:r>
        <w:t>El inmueble</w:t>
      </w:r>
    </w:p>
    <w:p>
      <w:r>
        <w:t>Descripción del inmueble: {{C.TextArea.Descripción del inmueble}}</w:t>
      </w:r>
    </w:p>
    <w:p>
      <w:r>
        <w:t>Uso del inmueble: {{C.Select[Vivienda|Oficina|Local comercial].Uso del inmueble}}</w:t>
      </w:r>
    </w:p>
    <w:p>
      <w:r>
        <w:t>Superficie: {{C.Number.Superficie en metros cuadrados}} metros cuadrados.</w:t>
      </w:r>
    </w:p>
    <w:p>
      <w:pPr>
        <w:pStyle w:val="Heading1"/>
      </w:pPr>
      <w:r>
        <w:t>Plazo, precio y riesgo</w:t>
      </w:r>
    </w:p>
    <w:p>
      <w:r>
        <w:t>Fecha de inicio: {{A.Date.Fecha de inicio}}</w:t>
      </w:r>
    </w:p>
    <w:p>
      <w:r>
        <w:t>Canon mensual: {{A.Money.Canon mensual}}</w:t>
      </w:r>
    </w:p>
    <w:p>
      <w:r>
        <w:t>¿El arrendatario es persona políticamente expuesta? {{C.Select[Sí|No].Persona políticamente expuesta}}</w:t>
      </w:r>
    </w:p>
    <w:p>
      <w:r>
        <w:t>Nivel de riesgo: {{A.Select[Bajo|Medio|Alto].If[Persona políticamente expuesta=Sí=&gt;Alto;No=&gt;Bajo].Nivel de riesgo}}</w:t>
      </w:r>
    </w:p>
    <w:p>
      <w:r>
        <w:t>Nota del arrendador: {{A.Opt.NoF.Nota adicional}}</w:t>
      </w:r>
    </w:p>
    <w:p>
      <w:pPr>
        <w:pStyle w:val="Heading1"/>
      </w:pPr>
      <w:r>
        <w:t>Firmas</w:t>
      </w:r>
    </w:p>
    <w:p>
      <w:r>
        <w:t>Arrendador: ______________________</w:t>
      </w:r>
    </w:p>
    <w:p>
      <w:r>
        <w:t>Arrendatario: 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erdana" w:hAnsi="Verdan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