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LEASE AGREEMENT (SAMPLE TEMPLATE)</w:t>
      </w:r>
    </w:p>
    <w:p>
      <w:r>
        <w:t>In Quito, on day {{IA.TodayPart[day].Signing day}} of month {{IA.TodayPart[month].Signing month}} of {{IA.TodayPart[year].Signing year}}, the parties sign this lease agreement.</w:t>
      </w:r>
    </w:p>
    <w:p>
      <w:pPr>
        <w:pStyle w:val="Heading1"/>
      </w:pPr>
      <w:r>
        <w:t>Landlord details</w:t>
      </w:r>
    </w:p>
    <w:p>
      <w:r>
        <w:t>Landlord name: {{A.Landlord name}}</w:t>
      </w:r>
    </w:p>
    <w:p>
      <w:r>
        <w:t>Landlord email: {{A.Email.Landlord email}}</w:t>
      </w:r>
    </w:p>
    <w:p>
      <w:pPr>
        <w:pStyle w:val="Heading1"/>
      </w:pPr>
      <w:r>
        <w:t>Tenant details</w:t>
      </w:r>
    </w:p>
    <w:p>
      <w:r>
        <w:t>Tenant name: {{C.Tenant name}}</w:t>
      </w:r>
    </w:p>
    <w:p>
      <w:r>
        <w:t>Tenant phone: {{C.Phone.Tenant phone}}</w:t>
      </w:r>
    </w:p>
    <w:p>
      <w:r>
        <w:t>Tenant email: {{C.Email.Tenant email}}</w:t>
      </w:r>
    </w:p>
    <w:p>
      <w:r>
        <w:t>Marital status: {{C.Select[Single|Married].Marital status}}</w:t>
      </w:r>
    </w:p>
    <w:p>
      <w:r>
        <w:t>Spouse name: {{C.When[Marital status=Married].Text.Spouse name}}</w:t>
      </w:r>
    </w:p>
    <w:p>
      <w:r>
        <w:t>Guarantor name (if any): {{C.Opt.Guarantor name}}</w:t>
      </w:r>
    </w:p>
    <w:p>
      <w:pPr>
        <w:pStyle w:val="Heading1"/>
      </w:pPr>
      <w:r>
        <w:t>The property</w:t>
      </w:r>
    </w:p>
    <w:p>
      <w:r>
        <w:t>Property description: {{C.TextArea.Property description}}</w:t>
      </w:r>
    </w:p>
    <w:p>
      <w:r>
        <w:t>Use of the property: {{C.Select[Home|Office|Shop].Use of the property}}</w:t>
      </w:r>
    </w:p>
    <w:p>
      <w:r>
        <w:t>Area: {{C.Number.Area in square meters}} square meters.</w:t>
      </w:r>
    </w:p>
    <w:p>
      <w:pPr>
        <w:pStyle w:val="Heading1"/>
      </w:pPr>
      <w:r>
        <w:t>Term, price and risk</w:t>
      </w:r>
    </w:p>
    <w:p>
      <w:r>
        <w:t>Start date: {{A.Date.Start date}}</w:t>
      </w:r>
    </w:p>
    <w:p>
      <w:r>
        <w:t>Monthly rent: {{A.Money.Monthly rent}}</w:t>
      </w:r>
    </w:p>
    <w:p>
      <w:r>
        <w:t>Is the tenant a politically exposed person? {{C.Select[Yes|No].Politically exposed}}</w:t>
      </w:r>
    </w:p>
    <w:p>
      <w:r>
        <w:t>Risk level: {{A.Select[Low|Medium|High].If[Politically exposed=Yes=&gt;High;No=&gt;Low].Risk level}}</w:t>
      </w:r>
    </w:p>
    <w:p>
      <w:r>
        <w:t>Landlord note: {{A.Opt.NoF.Extra note}}</w:t>
      </w:r>
    </w:p>
    <w:p>
      <w:pPr>
        <w:pStyle w:val="Heading1"/>
      </w:pPr>
      <w:r>
        <w:t>Signatures</w:t>
      </w:r>
    </w:p>
    <w:p>
      <w:r>
        <w:t>Landlord: ______________________</w:t>
      </w:r>
    </w:p>
    <w:p>
      <w:r>
        <w:t>Tenant: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